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C36" w14:textId="77777777" w:rsidR="006E0093" w:rsidRDefault="00F707CB">
      <w:pPr>
        <w:keepNext/>
        <w:spacing w:before="20"/>
      </w:pPr>
      <w:r>
        <w:rPr>
          <w:rFonts w:eastAsia="Arial"/>
          <w:b/>
          <w:caps/>
          <w:color w:val="8F2636"/>
          <w:sz w:val="22"/>
        </w:rPr>
        <w:t>TEDDY'S RESTAURANT &amp; DELI</w:t>
      </w:r>
    </w:p>
    <w:p w14:paraId="2917DD29" w14:textId="77777777" w:rsidR="006E0093" w:rsidRDefault="00F707CB">
      <w:pPr>
        <w:keepNext/>
      </w:pPr>
      <w:r>
        <w:rPr>
          <w:rFonts w:eastAsia="Arial"/>
          <w:b/>
          <w:sz w:val="51"/>
        </w:rPr>
        <w:t>Catering Menu</w:t>
      </w:r>
    </w:p>
    <w:p w14:paraId="138C23B2" w14:textId="77777777" w:rsidR="006E0093" w:rsidRDefault="00F707CB">
      <w:pPr>
        <w:keepNext/>
        <w:pBdr>
          <w:bottom w:val="single" w:sz="9" w:space="3" w:color="C69A3B"/>
        </w:pBdr>
        <w:spacing w:after="80"/>
      </w:pPr>
      <w:r>
        <w:rPr>
          <w:rFonts w:eastAsia="Arial"/>
          <w:color w:val="626262"/>
          <w:sz w:val="19"/>
        </w:rPr>
        <w:t>Individual entrée packages, deli platters, sandwiches and wraps for offices, parties and community events.</w:t>
      </w:r>
    </w:p>
    <w:p w14:paraId="0242272E" w14:textId="77777777" w:rsidR="006E0093" w:rsidRDefault="00F707CB">
      <w:pPr>
        <w:keepNext/>
        <w:shd w:val="clear" w:color="auto" w:fill="F5EFE5"/>
        <w:spacing w:before="50" w:after="100"/>
        <w:ind w:left="43" w:right="43"/>
        <w:jc w:val="center"/>
      </w:pPr>
      <w:r>
        <w:rPr>
          <w:rFonts w:eastAsia="Arial"/>
          <w:b/>
        </w:rPr>
        <w:t xml:space="preserve">MINIMUM 25 GUESTS   |   CUSTOMIZABLE   |   DISPOSABLE PLATES, CUTLERY &amp; NAPKINS </w:t>
      </w:r>
      <w:r w:rsidR="00D37E54">
        <w:rPr>
          <w:rFonts w:eastAsia="Arial"/>
          <w:b/>
        </w:rPr>
        <w:t>UPON REQUEST</w:t>
      </w:r>
    </w:p>
    <w:p w14:paraId="3EE5B613" w14:textId="77777777" w:rsidR="006E0093" w:rsidRDefault="006E0093">
      <w:pPr>
        <w:sectPr w:rsidR="006E0093">
          <w:headerReference w:type="default" r:id="rId8"/>
          <w:footerReference w:type="default" r:id="rId9"/>
          <w:pgSz w:w="15840" w:h="12240" w:orient="landscape"/>
          <w:pgMar w:top="504" w:right="648" w:bottom="518" w:left="648" w:header="259" w:footer="259" w:gutter="0"/>
          <w:cols w:space="720"/>
          <w:docGrid w:linePitch="360"/>
        </w:sectPr>
      </w:pPr>
    </w:p>
    <w:p w14:paraId="0D86D0BF" w14:textId="77777777" w:rsidR="00F81B93" w:rsidRDefault="00F707CB">
      <w:pPr>
        <w:pStyle w:val="Heading1"/>
        <w:keepLines w:val="0"/>
        <w:pBdr>
          <w:bottom w:val="single" w:sz="7" w:space="2" w:color="C69A3B"/>
        </w:pBdr>
        <w:rPr>
          <w:sz w:val="20"/>
          <w:szCs w:val="20"/>
        </w:rPr>
      </w:pPr>
      <w:r>
        <w:rPr>
          <w:rFonts w:ascii="Arial" w:hAnsi="Arial"/>
          <w:sz w:val="20"/>
        </w:rPr>
        <w:t>Individual Entrée Packages</w:t>
      </w:r>
      <w:r>
        <w:rPr>
          <w:rFonts w:ascii="Arial" w:hAnsi="Arial"/>
          <w:b w:val="0"/>
          <w:i/>
          <w:color w:val="757575"/>
          <w:sz w:val="20"/>
        </w:rPr>
        <w:t xml:space="preserve">  Prices per person</w:t>
      </w:r>
    </w:p>
    <w:p w14:paraId="0802F1B4" w14:textId="77777777" w:rsidR="006E0093" w:rsidRPr="004938E6" w:rsidRDefault="00F707CB">
      <w:pPr>
        <w:pStyle w:val="Heading2"/>
        <w:keepLines w:val="0"/>
        <w:rPr>
          <w:sz w:val="20"/>
          <w:szCs w:val="20"/>
        </w:rPr>
      </w:pPr>
      <w:r w:rsidRPr="004938E6">
        <w:rPr>
          <w:rFonts w:ascii="Arial" w:eastAsia="Arial" w:hAnsi="Arial"/>
          <w:sz w:val="20"/>
          <w:szCs w:val="20"/>
        </w:rPr>
        <w:t>Roast Sirloin of Beef</w:t>
      </w:r>
    </w:p>
    <w:p w14:paraId="73FF3059" w14:textId="407BBA29" w:rsidR="006E0093" w:rsidRPr="004938E6" w:rsidRDefault="00F707CB">
      <w:pPr>
        <w:keepNext/>
        <w:spacing w:after="4"/>
        <w:rPr>
          <w:sz w:val="20"/>
          <w:szCs w:val="20"/>
        </w:rPr>
      </w:pPr>
      <w:r w:rsidRPr="004938E6">
        <w:rPr>
          <w:rFonts w:eastAsia="Arial"/>
          <w:b/>
          <w:color w:val="8F2636"/>
          <w:sz w:val="20"/>
          <w:szCs w:val="20"/>
        </w:rPr>
        <w:t>5 oz $19.99  |  6 oz $2</w:t>
      </w:r>
      <w:r>
        <w:rPr>
          <w:rFonts w:eastAsia="Arial"/>
          <w:b/>
          <w:color w:val="8F2636"/>
          <w:sz w:val="20"/>
          <w:szCs w:val="20"/>
        </w:rPr>
        <w:t>2</w:t>
      </w:r>
      <w:r w:rsidRPr="004938E6">
        <w:rPr>
          <w:rFonts w:eastAsia="Arial"/>
          <w:b/>
          <w:color w:val="8F2636"/>
          <w:sz w:val="20"/>
          <w:szCs w:val="20"/>
        </w:rPr>
        <w:t>.99  |  9 oz $26.49</w:t>
      </w:r>
    </w:p>
    <w:p w14:paraId="1FEEBBBF" w14:textId="77777777" w:rsidR="006E0093" w:rsidRPr="004938E6" w:rsidRDefault="00F707CB">
      <w:pPr>
        <w:keepNext/>
        <w:spacing w:after="8" w:line="247" w:lineRule="auto"/>
        <w:rPr>
          <w:sz w:val="20"/>
          <w:szCs w:val="20"/>
        </w:rPr>
      </w:pPr>
      <w:r w:rsidRPr="004938E6">
        <w:rPr>
          <w:rFonts w:eastAsia="Arial"/>
          <w:color w:val="626262"/>
          <w:sz w:val="20"/>
          <w:szCs w:val="20"/>
        </w:rPr>
        <w:t>Slow-cooked and sliced with mushroom beef gravy.</w:t>
      </w:r>
    </w:p>
    <w:p w14:paraId="24A55A24" w14:textId="77777777" w:rsidR="006E0093" w:rsidRPr="004938E6" w:rsidRDefault="00F707CB">
      <w:pPr>
        <w:spacing w:after="18" w:line="247" w:lineRule="auto"/>
        <w:rPr>
          <w:sz w:val="20"/>
          <w:szCs w:val="20"/>
        </w:rPr>
      </w:pPr>
      <w:r w:rsidRPr="004938E6">
        <w:rPr>
          <w:rFonts w:eastAsia="Arial"/>
          <w:b/>
          <w:sz w:val="20"/>
          <w:szCs w:val="20"/>
        </w:rPr>
        <w:t xml:space="preserve">Includes: </w:t>
      </w:r>
      <w:r w:rsidRPr="004938E6">
        <w:rPr>
          <w:rFonts w:eastAsia="Arial"/>
          <w:sz w:val="20"/>
          <w:szCs w:val="20"/>
        </w:rPr>
        <w:t>choice of salad, two sides and dinner rolls.</w:t>
      </w:r>
    </w:p>
    <w:p w14:paraId="767FE30D" w14:textId="77777777" w:rsidR="006E0093" w:rsidRPr="004938E6" w:rsidRDefault="00F707CB">
      <w:pPr>
        <w:pStyle w:val="Heading2"/>
        <w:keepLines w:val="0"/>
        <w:rPr>
          <w:sz w:val="20"/>
          <w:szCs w:val="20"/>
        </w:rPr>
      </w:pPr>
      <w:r w:rsidRPr="004938E6">
        <w:rPr>
          <w:rFonts w:ascii="Arial" w:eastAsia="Arial" w:hAnsi="Arial"/>
          <w:sz w:val="20"/>
          <w:szCs w:val="20"/>
        </w:rPr>
        <w:t>Traditional Turkey Dinner</w:t>
      </w:r>
    </w:p>
    <w:p w14:paraId="233670F8" w14:textId="77777777" w:rsidR="006E0093" w:rsidRPr="004938E6" w:rsidRDefault="00F707CB">
      <w:pPr>
        <w:keepNext/>
        <w:spacing w:after="4"/>
        <w:rPr>
          <w:sz w:val="20"/>
          <w:szCs w:val="20"/>
        </w:rPr>
      </w:pPr>
      <w:r w:rsidRPr="004938E6">
        <w:rPr>
          <w:rFonts w:eastAsia="Arial"/>
          <w:b/>
          <w:color w:val="8F2636"/>
          <w:sz w:val="20"/>
          <w:szCs w:val="20"/>
        </w:rPr>
        <w:t>5 oz $19.99  |  9 oz $24.99</w:t>
      </w:r>
    </w:p>
    <w:p w14:paraId="7A98AEAF" w14:textId="77777777" w:rsidR="006E0093" w:rsidRPr="004938E6" w:rsidRDefault="00F707CB">
      <w:pPr>
        <w:keepNext/>
        <w:spacing w:after="8" w:line="247" w:lineRule="auto"/>
        <w:rPr>
          <w:sz w:val="20"/>
          <w:szCs w:val="20"/>
        </w:rPr>
      </w:pPr>
      <w:r w:rsidRPr="004938E6">
        <w:rPr>
          <w:rFonts w:eastAsia="Arial"/>
          <w:color w:val="626262"/>
          <w:sz w:val="20"/>
          <w:szCs w:val="20"/>
        </w:rPr>
        <w:t>Slow-roasted turkey with stuffing, turkey gravy and cranberry sauce.</w:t>
      </w:r>
    </w:p>
    <w:p w14:paraId="4E72728C" w14:textId="77777777" w:rsidR="006E0093" w:rsidRPr="004938E6" w:rsidRDefault="00F707CB">
      <w:pPr>
        <w:spacing w:after="18" w:line="247" w:lineRule="auto"/>
        <w:rPr>
          <w:sz w:val="20"/>
          <w:szCs w:val="20"/>
        </w:rPr>
      </w:pPr>
      <w:r w:rsidRPr="004938E6">
        <w:rPr>
          <w:rFonts w:eastAsia="Arial"/>
          <w:b/>
          <w:sz w:val="20"/>
          <w:szCs w:val="20"/>
        </w:rPr>
        <w:t xml:space="preserve">Includes: </w:t>
      </w:r>
      <w:r w:rsidRPr="004938E6">
        <w:rPr>
          <w:rFonts w:eastAsia="Arial"/>
          <w:sz w:val="20"/>
          <w:szCs w:val="20"/>
        </w:rPr>
        <w:t>choice of salad, two sides and dinner rolls.</w:t>
      </w:r>
    </w:p>
    <w:p w14:paraId="17A1522F" w14:textId="77777777" w:rsidR="00F81B93" w:rsidRDefault="00F707CB">
      <w:pPr>
        <w:pStyle w:val="Heading3"/>
        <w:keepLines w:val="0"/>
        <w:shd w:val="clear" w:color="auto" w:fill="F5EFE5"/>
        <w:spacing w:before="50" w:after="16"/>
        <w:rPr>
          <w:sz w:val="20"/>
          <w:szCs w:val="20"/>
        </w:rPr>
      </w:pPr>
      <w:r>
        <w:rPr>
          <w:rFonts w:ascii="Arial" w:hAnsi="Arial"/>
          <w:color w:val="8F2636"/>
          <w:sz w:val="20"/>
        </w:rPr>
        <w:t>CHICKEN DINNERS</w:t>
      </w:r>
    </w:p>
    <w:p w14:paraId="22DA8914" w14:textId="77777777" w:rsidR="006E0093" w:rsidRPr="004938E6" w:rsidRDefault="00F707CB">
      <w:pPr>
        <w:pStyle w:val="Heading2"/>
        <w:keepLines w:val="0"/>
        <w:rPr>
          <w:sz w:val="20"/>
          <w:szCs w:val="20"/>
        </w:rPr>
      </w:pPr>
      <w:r w:rsidRPr="004938E6">
        <w:rPr>
          <w:rFonts w:ascii="Arial" w:eastAsia="Arial" w:hAnsi="Arial"/>
          <w:sz w:val="20"/>
          <w:szCs w:val="20"/>
        </w:rPr>
        <w:t>Chicken Parmigiana</w:t>
      </w:r>
    </w:p>
    <w:p w14:paraId="34C979FD" w14:textId="77777777" w:rsidR="006E0093" w:rsidRPr="004938E6" w:rsidRDefault="00F707CB">
      <w:pPr>
        <w:keepNext/>
        <w:spacing w:after="4"/>
        <w:rPr>
          <w:sz w:val="20"/>
          <w:szCs w:val="20"/>
        </w:rPr>
      </w:pPr>
      <w:r w:rsidRPr="004938E6">
        <w:rPr>
          <w:rFonts w:eastAsia="Arial"/>
          <w:b/>
          <w:color w:val="8F2636"/>
          <w:sz w:val="20"/>
          <w:szCs w:val="20"/>
        </w:rPr>
        <w:t>1 piece $19.99  |  2 pieces $25.99</w:t>
      </w:r>
    </w:p>
    <w:p w14:paraId="3059C1D1" w14:textId="77777777" w:rsidR="006E0093" w:rsidRPr="004938E6" w:rsidRDefault="00F707CB">
      <w:pPr>
        <w:keepNext/>
        <w:spacing w:after="8" w:line="247" w:lineRule="auto"/>
        <w:rPr>
          <w:sz w:val="20"/>
          <w:szCs w:val="20"/>
        </w:rPr>
      </w:pPr>
      <w:r w:rsidRPr="004938E6">
        <w:rPr>
          <w:rFonts w:eastAsia="Arial"/>
          <w:color w:val="626262"/>
          <w:sz w:val="20"/>
          <w:szCs w:val="20"/>
        </w:rPr>
        <w:t>Breaded chicken breast with mozzarella and house tomato-mushroom sauce.</w:t>
      </w:r>
    </w:p>
    <w:p w14:paraId="7E6D3FC5" w14:textId="77777777" w:rsidR="006E0093" w:rsidRPr="004938E6" w:rsidRDefault="00F707CB">
      <w:pPr>
        <w:spacing w:after="18" w:line="247" w:lineRule="auto"/>
        <w:rPr>
          <w:sz w:val="20"/>
          <w:szCs w:val="20"/>
        </w:rPr>
      </w:pPr>
      <w:r w:rsidRPr="004938E6">
        <w:rPr>
          <w:rFonts w:eastAsia="Arial"/>
          <w:b/>
          <w:sz w:val="20"/>
          <w:szCs w:val="20"/>
        </w:rPr>
        <w:t xml:space="preserve">Includes: </w:t>
      </w:r>
      <w:r w:rsidRPr="004938E6">
        <w:rPr>
          <w:rFonts w:eastAsia="Arial"/>
          <w:sz w:val="20"/>
          <w:szCs w:val="20"/>
        </w:rPr>
        <w:t>spaghetti with meat sauce.</w:t>
      </w:r>
    </w:p>
    <w:p w14:paraId="40346865" w14:textId="77777777" w:rsidR="00F81B93" w:rsidRDefault="00F707CB">
      <w:pPr>
        <w:spacing w:after="18" w:line="247" w:lineRule="auto"/>
        <w:rPr>
          <w:sz w:val="20"/>
          <w:szCs w:val="20"/>
        </w:rPr>
      </w:pPr>
      <w:r>
        <w:rPr>
          <w:b/>
          <w:color w:val="8F2636"/>
          <w:sz w:val="20"/>
        </w:rPr>
        <w:t xml:space="preserve">Vegetarian Option: </w:t>
      </w:r>
      <w:r>
        <w:rPr>
          <w:b/>
          <w:sz w:val="20"/>
        </w:rPr>
        <w:t>Eggplant Parmigiana</w:t>
      </w:r>
      <w:r>
        <w:rPr>
          <w:color w:val="626262"/>
          <w:sz w:val="20"/>
        </w:rPr>
        <w:t xml:space="preserve"> available upon request.</w:t>
      </w:r>
    </w:p>
    <w:p w14:paraId="3595C009" w14:textId="77777777" w:rsidR="006E0093" w:rsidRPr="004938E6" w:rsidRDefault="00F707CB">
      <w:pPr>
        <w:pStyle w:val="Heading2"/>
        <w:keepLines w:val="0"/>
        <w:rPr>
          <w:sz w:val="20"/>
          <w:szCs w:val="20"/>
        </w:rPr>
      </w:pPr>
      <w:r w:rsidRPr="004938E6">
        <w:rPr>
          <w:rFonts w:ascii="Arial" w:eastAsia="Arial" w:hAnsi="Arial"/>
          <w:sz w:val="20"/>
          <w:szCs w:val="20"/>
        </w:rPr>
        <w:t>Greek Chicken</w:t>
      </w:r>
    </w:p>
    <w:p w14:paraId="4CF4EED6" w14:textId="77777777" w:rsidR="006E0093" w:rsidRPr="004938E6" w:rsidRDefault="00F707CB">
      <w:pPr>
        <w:keepNext/>
        <w:spacing w:after="4"/>
        <w:rPr>
          <w:sz w:val="20"/>
          <w:szCs w:val="20"/>
        </w:rPr>
      </w:pPr>
      <w:r w:rsidRPr="004938E6">
        <w:rPr>
          <w:rFonts w:eastAsia="Arial"/>
          <w:b/>
          <w:color w:val="8F2636"/>
          <w:sz w:val="20"/>
          <w:szCs w:val="20"/>
        </w:rPr>
        <w:t>1 piece $19.99  |  2 pieces $23.99</w:t>
      </w:r>
    </w:p>
    <w:p w14:paraId="6B7B7237" w14:textId="77777777" w:rsidR="006E0093" w:rsidRPr="004938E6" w:rsidRDefault="00F707CB">
      <w:pPr>
        <w:keepNext/>
        <w:spacing w:after="8" w:line="247" w:lineRule="auto"/>
        <w:rPr>
          <w:sz w:val="20"/>
          <w:szCs w:val="20"/>
        </w:rPr>
      </w:pPr>
      <w:r w:rsidRPr="004938E6">
        <w:rPr>
          <w:rFonts w:eastAsia="Arial"/>
          <w:color w:val="626262"/>
          <w:sz w:val="20"/>
          <w:szCs w:val="20"/>
        </w:rPr>
        <w:t>Herb-marinated chicken served with tzatziki.</w:t>
      </w:r>
    </w:p>
    <w:p w14:paraId="79D98616" w14:textId="77777777" w:rsidR="006E0093" w:rsidRPr="004938E6" w:rsidRDefault="00F707CB">
      <w:pPr>
        <w:spacing w:after="18" w:line="247" w:lineRule="auto"/>
        <w:rPr>
          <w:sz w:val="20"/>
          <w:szCs w:val="20"/>
        </w:rPr>
      </w:pPr>
      <w:r w:rsidRPr="004938E6">
        <w:rPr>
          <w:rFonts w:eastAsia="Arial"/>
          <w:b/>
          <w:sz w:val="20"/>
          <w:szCs w:val="20"/>
        </w:rPr>
        <w:t xml:space="preserve">Includes: </w:t>
      </w:r>
      <w:r w:rsidRPr="004938E6">
        <w:rPr>
          <w:rFonts w:eastAsia="Arial"/>
          <w:sz w:val="20"/>
          <w:szCs w:val="20"/>
        </w:rPr>
        <w:t>rice, Greek salad and roasted potatoes.</w:t>
      </w:r>
    </w:p>
    <w:p w14:paraId="28F9FF97" w14:textId="77777777" w:rsidR="00F81B93" w:rsidRDefault="00F707CB">
      <w:pPr>
        <w:pStyle w:val="Heading2"/>
        <w:keepLines w:val="0"/>
        <w:rPr>
          <w:sz w:val="20"/>
          <w:szCs w:val="20"/>
        </w:rPr>
      </w:pPr>
      <w:r>
        <w:rPr>
          <w:rFonts w:ascii="Arial" w:hAnsi="Arial"/>
          <w:sz w:val="20"/>
        </w:rPr>
        <w:t>Half Greek Chicken</w:t>
      </w:r>
      <w:r>
        <w:rPr>
          <w:rFonts w:ascii="Arial" w:hAnsi="Arial"/>
          <w:color w:val="8F2636"/>
          <w:sz w:val="20"/>
        </w:rPr>
        <w:t xml:space="preserve">  $25.99</w:t>
      </w:r>
    </w:p>
    <w:p w14:paraId="19CF189A" w14:textId="77777777" w:rsidR="00F81B93" w:rsidRDefault="00F707CB">
      <w:pPr>
        <w:keepNext/>
        <w:spacing w:after="8" w:line="247" w:lineRule="auto"/>
        <w:rPr>
          <w:sz w:val="20"/>
          <w:szCs w:val="20"/>
        </w:rPr>
      </w:pPr>
      <w:r>
        <w:rPr>
          <w:color w:val="626262"/>
          <w:sz w:val="20"/>
        </w:rPr>
        <w:t>Herb-marinated half chicken served with tzatziki.</w:t>
      </w:r>
    </w:p>
    <w:p w14:paraId="38EF9021" w14:textId="77777777" w:rsidR="00F81B93" w:rsidRDefault="00F707CB">
      <w:pPr>
        <w:spacing w:after="18" w:line="247" w:lineRule="auto"/>
        <w:rPr>
          <w:sz w:val="20"/>
          <w:szCs w:val="20"/>
        </w:rPr>
      </w:pPr>
      <w:r>
        <w:rPr>
          <w:b/>
          <w:sz w:val="20"/>
        </w:rPr>
        <w:t xml:space="preserve">Includes: </w:t>
      </w:r>
      <w:r>
        <w:rPr>
          <w:sz w:val="20"/>
        </w:rPr>
        <w:t>roasted potatoes, Greek salad, rice and dinner rolls.</w:t>
      </w:r>
    </w:p>
    <w:p w14:paraId="59792711" w14:textId="77777777" w:rsidR="00F81B93" w:rsidRDefault="00F707CB">
      <w:pPr>
        <w:pStyle w:val="Heading3"/>
        <w:keepLines w:val="0"/>
        <w:shd w:val="clear" w:color="auto" w:fill="F5EFE5"/>
        <w:spacing w:before="50" w:after="16"/>
        <w:rPr>
          <w:sz w:val="20"/>
          <w:szCs w:val="20"/>
        </w:rPr>
      </w:pPr>
      <w:r>
        <w:rPr>
          <w:rFonts w:ascii="Arial" w:hAnsi="Arial"/>
          <w:color w:val="8F2636"/>
          <w:sz w:val="20"/>
        </w:rPr>
        <w:t>BBQ DINNERS</w:t>
      </w:r>
    </w:p>
    <w:p w14:paraId="17DC924B" w14:textId="77777777" w:rsidR="00F81B93" w:rsidRDefault="00F707CB">
      <w:pPr>
        <w:pStyle w:val="Heading2"/>
        <w:keepLines w:val="0"/>
        <w:rPr>
          <w:sz w:val="20"/>
          <w:szCs w:val="20"/>
        </w:rPr>
      </w:pPr>
      <w:r>
        <w:rPr>
          <w:rFonts w:ascii="Arial" w:hAnsi="Arial"/>
          <w:sz w:val="20"/>
        </w:rPr>
        <w:t>Beer-Braised BBQ Half Chicken</w:t>
      </w:r>
      <w:r>
        <w:rPr>
          <w:rFonts w:ascii="Arial" w:hAnsi="Arial"/>
          <w:color w:val="8F2636"/>
          <w:sz w:val="20"/>
        </w:rPr>
        <w:t xml:space="preserve">  $23.99</w:t>
      </w:r>
    </w:p>
    <w:p w14:paraId="03E4F5EE" w14:textId="77777777" w:rsidR="00F81B93" w:rsidRDefault="00F707CB">
      <w:pPr>
        <w:keepNext/>
        <w:spacing w:after="8" w:line="247" w:lineRule="auto"/>
        <w:rPr>
          <w:sz w:val="20"/>
          <w:szCs w:val="20"/>
        </w:rPr>
      </w:pPr>
      <w:r>
        <w:rPr>
          <w:color w:val="626262"/>
          <w:sz w:val="20"/>
        </w:rPr>
        <w:t>Beer-braised half chicken finished with Teddy's BBQ sauce.</w:t>
      </w:r>
    </w:p>
    <w:p w14:paraId="01BB6529" w14:textId="77777777" w:rsidR="00F81B93" w:rsidRDefault="00F707CB">
      <w:pPr>
        <w:spacing w:after="18" w:line="247" w:lineRule="auto"/>
        <w:rPr>
          <w:sz w:val="20"/>
          <w:szCs w:val="20"/>
        </w:rPr>
      </w:pPr>
      <w:r>
        <w:rPr>
          <w:b/>
          <w:sz w:val="20"/>
        </w:rPr>
        <w:t xml:space="preserve">Includes: </w:t>
      </w:r>
      <w:r>
        <w:rPr>
          <w:sz w:val="20"/>
        </w:rPr>
        <w:t>coleslaw, potato salad, Caesar salad and dinner rolls.</w:t>
      </w:r>
    </w:p>
    <w:p w14:paraId="0D248421" w14:textId="77777777" w:rsidR="00F81B93" w:rsidRDefault="00F707CB">
      <w:pPr>
        <w:pStyle w:val="Heading2"/>
        <w:keepLines w:val="0"/>
        <w:rPr>
          <w:sz w:val="20"/>
          <w:szCs w:val="20"/>
        </w:rPr>
      </w:pPr>
      <w:r>
        <w:rPr>
          <w:rFonts w:ascii="Arial" w:hAnsi="Arial"/>
          <w:sz w:val="20"/>
        </w:rPr>
        <w:t>BBQ Baby Back Ribs</w:t>
      </w:r>
      <w:r>
        <w:rPr>
          <w:rFonts w:ascii="Arial" w:hAnsi="Arial"/>
          <w:color w:val="8F2636"/>
          <w:sz w:val="20"/>
        </w:rPr>
        <w:t xml:space="preserve">  $26.99</w:t>
      </w:r>
    </w:p>
    <w:p w14:paraId="4CED9C3D" w14:textId="77777777" w:rsidR="006E0093" w:rsidRPr="004938E6" w:rsidRDefault="00F707CB">
      <w:pPr>
        <w:keepNext/>
        <w:spacing w:after="8" w:line="247" w:lineRule="auto"/>
        <w:rPr>
          <w:sz w:val="20"/>
          <w:szCs w:val="20"/>
        </w:rPr>
      </w:pPr>
      <w:r w:rsidRPr="004938E6">
        <w:rPr>
          <w:rFonts w:eastAsia="Arial"/>
          <w:color w:val="626262"/>
          <w:sz w:val="20"/>
          <w:szCs w:val="20"/>
        </w:rPr>
        <w:t>Finished with Teddy's Chipotle Jack Daniel's BBQ sauce.</w:t>
      </w:r>
    </w:p>
    <w:p w14:paraId="528FAE1C" w14:textId="77777777" w:rsidR="006E0093" w:rsidRPr="004938E6" w:rsidRDefault="00F707CB">
      <w:pPr>
        <w:spacing w:after="18" w:line="247" w:lineRule="auto"/>
        <w:rPr>
          <w:sz w:val="20"/>
          <w:szCs w:val="20"/>
        </w:rPr>
      </w:pPr>
      <w:r w:rsidRPr="004938E6">
        <w:rPr>
          <w:rFonts w:eastAsia="Arial"/>
          <w:b/>
          <w:sz w:val="20"/>
          <w:szCs w:val="20"/>
        </w:rPr>
        <w:t xml:space="preserve">Includes: </w:t>
      </w:r>
      <w:r w:rsidRPr="004938E6">
        <w:rPr>
          <w:rFonts w:eastAsia="Arial"/>
          <w:sz w:val="20"/>
          <w:szCs w:val="20"/>
        </w:rPr>
        <w:t>coleslaw, potato salad and Caesar salad.</w:t>
      </w:r>
    </w:p>
    <w:p w14:paraId="6D17508B" w14:textId="77777777" w:rsidR="00F81B93" w:rsidRDefault="00F707CB">
      <w:r>
        <w:br w:type="column"/>
      </w:r>
    </w:p>
    <w:p w14:paraId="3279E5AC" w14:textId="77777777" w:rsidR="00F81B93" w:rsidRDefault="00F707CB">
      <w:pPr>
        <w:pStyle w:val="Heading1"/>
        <w:keepLines w:val="0"/>
        <w:pBdr>
          <w:bottom w:val="single" w:sz="7" w:space="2" w:color="C69A3B"/>
        </w:pBdr>
        <w:rPr>
          <w:sz w:val="20"/>
          <w:szCs w:val="20"/>
        </w:rPr>
      </w:pPr>
      <w:r>
        <w:rPr>
          <w:rFonts w:ascii="Arial" w:hAnsi="Arial"/>
          <w:sz w:val="20"/>
        </w:rPr>
        <w:t>Deli, Sandwich &amp; Wrap Platters</w:t>
      </w:r>
      <w:r>
        <w:rPr>
          <w:rFonts w:ascii="Arial" w:hAnsi="Arial"/>
          <w:b w:val="0"/>
          <w:i/>
          <w:color w:val="757575"/>
          <w:sz w:val="20"/>
        </w:rPr>
        <w:t xml:space="preserve">  Prices per person</w:t>
      </w:r>
    </w:p>
    <w:p w14:paraId="096CD706" w14:textId="77777777" w:rsidR="006E0093" w:rsidRPr="004938E6" w:rsidRDefault="00F707CB">
      <w:pPr>
        <w:pStyle w:val="Heading2"/>
        <w:keepLines w:val="0"/>
        <w:spacing w:before="46" w:after="5"/>
        <w:rPr>
          <w:sz w:val="20"/>
          <w:szCs w:val="20"/>
        </w:rPr>
      </w:pPr>
      <w:r w:rsidRPr="004938E6">
        <w:rPr>
          <w:rFonts w:ascii="Arial" w:eastAsia="Arial" w:hAnsi="Arial"/>
          <w:sz w:val="20"/>
          <w:szCs w:val="20"/>
        </w:rPr>
        <w:t>Assorted Deli Sandwich Platter with Salad</w:t>
      </w:r>
      <w:r w:rsidRPr="004938E6">
        <w:rPr>
          <w:rFonts w:ascii="Arial" w:eastAsia="Arial" w:hAnsi="Arial"/>
          <w:color w:val="8F2636"/>
          <w:sz w:val="20"/>
          <w:szCs w:val="20"/>
        </w:rPr>
        <w:t xml:space="preserve">  $20.99</w:t>
      </w:r>
    </w:p>
    <w:p w14:paraId="2F81A4FF" w14:textId="77777777" w:rsidR="006E0093" w:rsidRPr="004938E6" w:rsidRDefault="00F707CB">
      <w:pPr>
        <w:spacing w:after="23" w:line="247" w:lineRule="auto"/>
        <w:rPr>
          <w:sz w:val="20"/>
          <w:szCs w:val="20"/>
        </w:rPr>
      </w:pPr>
      <w:r w:rsidRPr="004938E6">
        <w:rPr>
          <w:rFonts w:eastAsia="Arial"/>
          <w:color w:val="626262"/>
          <w:sz w:val="20"/>
          <w:szCs w:val="20"/>
        </w:rPr>
        <w:t>Generous 7 oz sandwiches on assorted breads with smoked meat, turkey, corned beef and pastrami.</w:t>
      </w:r>
    </w:p>
    <w:p w14:paraId="1BA39DBC" w14:textId="77777777" w:rsidR="006E0093" w:rsidRPr="004938E6" w:rsidRDefault="00F707CB">
      <w:pPr>
        <w:pStyle w:val="Heading2"/>
        <w:keepLines w:val="0"/>
        <w:spacing w:before="46" w:after="5"/>
        <w:rPr>
          <w:sz w:val="20"/>
          <w:szCs w:val="20"/>
        </w:rPr>
      </w:pPr>
      <w:r w:rsidRPr="004938E6">
        <w:rPr>
          <w:rFonts w:ascii="Arial" w:eastAsia="Arial" w:hAnsi="Arial"/>
          <w:sz w:val="20"/>
          <w:szCs w:val="20"/>
        </w:rPr>
        <w:t>Build-Your-Own Deli Platter</w:t>
      </w:r>
      <w:r w:rsidRPr="004938E6">
        <w:rPr>
          <w:rFonts w:ascii="Arial" w:eastAsia="Arial" w:hAnsi="Arial"/>
          <w:color w:val="8F2636"/>
          <w:sz w:val="20"/>
          <w:szCs w:val="20"/>
        </w:rPr>
        <w:t xml:space="preserve">  $24.99</w:t>
      </w:r>
    </w:p>
    <w:p w14:paraId="6EE6F9A1" w14:textId="77777777" w:rsidR="006E0093" w:rsidRPr="004938E6" w:rsidRDefault="00F707CB">
      <w:pPr>
        <w:spacing w:after="23" w:line="247" w:lineRule="auto"/>
        <w:rPr>
          <w:sz w:val="20"/>
          <w:szCs w:val="20"/>
        </w:rPr>
      </w:pPr>
      <w:r w:rsidRPr="004938E6">
        <w:rPr>
          <w:rFonts w:eastAsia="Arial"/>
          <w:color w:val="626262"/>
          <w:sz w:val="20"/>
          <w:szCs w:val="20"/>
        </w:rPr>
        <w:t>Choose 3 meats: smoked meat, corned beef, roast beef, turkey or pastrami. Includes potato salad, coleslaw and macaroni salad, plus an assortment of rye bread, Kaiser buns and sourdough. Yellow mustard, Dijon and Teddy's house-made hot mustard are served on the side.</w:t>
      </w:r>
    </w:p>
    <w:p w14:paraId="2E038881" w14:textId="77777777" w:rsidR="006E0093" w:rsidRPr="004938E6" w:rsidRDefault="00F707CB">
      <w:pPr>
        <w:pStyle w:val="Heading2"/>
        <w:keepLines w:val="0"/>
        <w:spacing w:before="46" w:after="5"/>
        <w:rPr>
          <w:sz w:val="20"/>
          <w:szCs w:val="20"/>
        </w:rPr>
      </w:pPr>
      <w:r w:rsidRPr="004938E6">
        <w:rPr>
          <w:rFonts w:ascii="Arial" w:eastAsia="Arial" w:hAnsi="Arial"/>
          <w:sz w:val="20"/>
          <w:szCs w:val="20"/>
        </w:rPr>
        <w:t>Premium 4 oz Sandwich Platter with Salad</w:t>
      </w:r>
      <w:r w:rsidRPr="004938E6">
        <w:rPr>
          <w:rFonts w:ascii="Arial" w:eastAsia="Arial" w:hAnsi="Arial"/>
          <w:color w:val="8F2636"/>
          <w:sz w:val="20"/>
          <w:szCs w:val="20"/>
        </w:rPr>
        <w:t xml:space="preserve">  $15.99</w:t>
      </w:r>
    </w:p>
    <w:p w14:paraId="58988FCF" w14:textId="77777777" w:rsidR="006E0093" w:rsidRPr="004938E6" w:rsidRDefault="00F707CB">
      <w:pPr>
        <w:spacing w:after="23" w:line="247" w:lineRule="auto"/>
        <w:rPr>
          <w:sz w:val="20"/>
          <w:szCs w:val="20"/>
        </w:rPr>
      </w:pPr>
      <w:r w:rsidRPr="004938E6">
        <w:rPr>
          <w:rFonts w:eastAsia="Arial"/>
          <w:color w:val="626262"/>
          <w:sz w:val="20"/>
          <w:szCs w:val="20"/>
        </w:rPr>
        <w:t>Choose from the premium sandwich selections below.</w:t>
      </w:r>
    </w:p>
    <w:p w14:paraId="6FD1D4F5" w14:textId="77777777" w:rsidR="006E0093" w:rsidRPr="004938E6" w:rsidRDefault="00F707CB">
      <w:pPr>
        <w:pStyle w:val="Heading3"/>
        <w:keepLines w:val="0"/>
        <w:rPr>
          <w:sz w:val="20"/>
          <w:szCs w:val="20"/>
        </w:rPr>
      </w:pPr>
      <w:r w:rsidRPr="004938E6">
        <w:rPr>
          <w:rFonts w:ascii="Arial" w:eastAsia="Arial" w:hAnsi="Arial"/>
          <w:sz w:val="20"/>
          <w:szCs w:val="20"/>
        </w:rPr>
        <w:t>Turkey Pesto</w:t>
      </w:r>
      <w:r w:rsidRPr="004938E6">
        <w:rPr>
          <w:rFonts w:ascii="Arial" w:eastAsia="Arial" w:hAnsi="Arial"/>
          <w:b w:val="0"/>
          <w:color w:val="626262"/>
          <w:sz w:val="20"/>
          <w:szCs w:val="20"/>
        </w:rPr>
        <w:t xml:space="preserve"> - Sun-dried tomato aioli and arugula in Dijon vinaigrette on ciabatta.</w:t>
      </w:r>
    </w:p>
    <w:p w14:paraId="5FE3B642" w14:textId="77777777" w:rsidR="006E0093" w:rsidRPr="004938E6" w:rsidRDefault="00F707CB">
      <w:pPr>
        <w:pStyle w:val="Heading3"/>
        <w:keepLines w:val="0"/>
        <w:rPr>
          <w:sz w:val="20"/>
          <w:szCs w:val="20"/>
        </w:rPr>
      </w:pPr>
      <w:r w:rsidRPr="004938E6">
        <w:rPr>
          <w:rFonts w:ascii="Arial" w:eastAsia="Arial" w:hAnsi="Arial"/>
          <w:sz w:val="20"/>
          <w:szCs w:val="20"/>
        </w:rPr>
        <w:t>Artisanal Roast Beef</w:t>
      </w:r>
      <w:r w:rsidRPr="004938E6">
        <w:rPr>
          <w:rFonts w:ascii="Arial" w:eastAsia="Arial" w:hAnsi="Arial"/>
          <w:b w:val="0"/>
          <w:color w:val="626262"/>
          <w:sz w:val="20"/>
          <w:szCs w:val="20"/>
        </w:rPr>
        <w:t xml:space="preserve"> - Horseradish aioli, red onion, tomato and arugula in Dijon vinaigrette.</w:t>
      </w:r>
    </w:p>
    <w:p w14:paraId="3DD3FA89" w14:textId="77777777" w:rsidR="006E0093" w:rsidRPr="004938E6" w:rsidRDefault="00F707CB">
      <w:pPr>
        <w:pStyle w:val="Heading3"/>
        <w:keepLines w:val="0"/>
        <w:rPr>
          <w:sz w:val="20"/>
          <w:szCs w:val="20"/>
        </w:rPr>
      </w:pPr>
      <w:r w:rsidRPr="004938E6">
        <w:rPr>
          <w:rFonts w:ascii="Arial" w:eastAsia="Arial" w:hAnsi="Arial"/>
          <w:sz w:val="20"/>
          <w:szCs w:val="20"/>
        </w:rPr>
        <w:t>Veggie Delight</w:t>
      </w:r>
      <w:r w:rsidRPr="004938E6">
        <w:rPr>
          <w:rFonts w:ascii="Arial" w:eastAsia="Arial" w:hAnsi="Arial"/>
          <w:b w:val="0"/>
          <w:color w:val="626262"/>
          <w:sz w:val="20"/>
          <w:szCs w:val="20"/>
        </w:rPr>
        <w:t xml:space="preserve"> - Grilled zucchini and eggplant, arugula, pesto, goat cheese and sun-dried tomato aioli on toasted sourdough rye.</w:t>
      </w:r>
    </w:p>
    <w:p w14:paraId="083F3D94" w14:textId="77777777" w:rsidR="006E0093" w:rsidRPr="004938E6" w:rsidRDefault="00F707CB">
      <w:pPr>
        <w:pStyle w:val="Heading2"/>
        <w:keepLines w:val="0"/>
        <w:spacing w:before="56" w:after="5"/>
        <w:rPr>
          <w:sz w:val="20"/>
          <w:szCs w:val="20"/>
        </w:rPr>
      </w:pPr>
      <w:r w:rsidRPr="004938E6">
        <w:rPr>
          <w:rFonts w:ascii="Arial" w:eastAsia="Arial" w:hAnsi="Arial"/>
          <w:sz w:val="20"/>
          <w:szCs w:val="20"/>
        </w:rPr>
        <w:t>Wrap Platter with Salad</w:t>
      </w:r>
      <w:r w:rsidRPr="004938E6">
        <w:rPr>
          <w:rFonts w:ascii="Arial" w:eastAsia="Arial" w:hAnsi="Arial"/>
          <w:color w:val="8F2636"/>
          <w:sz w:val="20"/>
          <w:szCs w:val="20"/>
        </w:rPr>
        <w:t xml:space="preserve">  $18.99</w:t>
      </w:r>
    </w:p>
    <w:p w14:paraId="7D2A0824" w14:textId="77777777" w:rsidR="006E0093" w:rsidRPr="004938E6" w:rsidRDefault="00F707CB">
      <w:pPr>
        <w:spacing w:after="23" w:line="247" w:lineRule="auto"/>
        <w:rPr>
          <w:sz w:val="20"/>
          <w:szCs w:val="20"/>
        </w:rPr>
      </w:pPr>
      <w:r w:rsidRPr="004938E6">
        <w:rPr>
          <w:rFonts w:eastAsia="Arial"/>
          <w:color w:val="626262"/>
          <w:sz w:val="20"/>
          <w:szCs w:val="20"/>
        </w:rPr>
        <w:t>Choose from the wrap selections below.</w:t>
      </w:r>
    </w:p>
    <w:p w14:paraId="508741D1" w14:textId="77777777" w:rsidR="006E0093" w:rsidRPr="004938E6" w:rsidRDefault="00F707CB">
      <w:pPr>
        <w:pStyle w:val="Heading3"/>
        <w:keepLines w:val="0"/>
        <w:rPr>
          <w:sz w:val="20"/>
          <w:szCs w:val="20"/>
        </w:rPr>
      </w:pPr>
      <w:r w:rsidRPr="004938E6">
        <w:rPr>
          <w:rFonts w:ascii="Arial" w:eastAsia="Arial" w:hAnsi="Arial"/>
          <w:sz w:val="20"/>
          <w:szCs w:val="20"/>
        </w:rPr>
        <w:t>Turkey Club Wrap</w:t>
      </w:r>
      <w:r w:rsidRPr="004938E6">
        <w:rPr>
          <w:rFonts w:ascii="Arial" w:eastAsia="Arial" w:hAnsi="Arial"/>
          <w:b w:val="0"/>
          <w:color w:val="626262"/>
          <w:sz w:val="20"/>
          <w:szCs w:val="20"/>
        </w:rPr>
        <w:t xml:space="preserve"> - Bacon, tomato, lettuce, cheddar and chipotle ranch.</w:t>
      </w:r>
    </w:p>
    <w:p w14:paraId="6FF4C8C3" w14:textId="77777777" w:rsidR="006E0093" w:rsidRPr="004938E6" w:rsidRDefault="00F707CB">
      <w:pPr>
        <w:pStyle w:val="Heading3"/>
        <w:keepLines w:val="0"/>
        <w:rPr>
          <w:sz w:val="20"/>
          <w:szCs w:val="20"/>
        </w:rPr>
      </w:pPr>
      <w:r w:rsidRPr="004938E6">
        <w:rPr>
          <w:rFonts w:ascii="Arial" w:eastAsia="Arial" w:hAnsi="Arial"/>
          <w:sz w:val="20"/>
          <w:szCs w:val="20"/>
        </w:rPr>
        <w:t>Buffalo Chicken Wrap</w:t>
      </w:r>
      <w:r w:rsidRPr="004938E6">
        <w:rPr>
          <w:rFonts w:ascii="Arial" w:eastAsia="Arial" w:hAnsi="Arial"/>
          <w:b w:val="0"/>
          <w:color w:val="626262"/>
          <w:sz w:val="20"/>
          <w:szCs w:val="20"/>
        </w:rPr>
        <w:t xml:space="preserve"> - Crispy chicken, bacon, Caesar salad mix, cheddar and Buffalo sauce.</w:t>
      </w:r>
    </w:p>
    <w:p w14:paraId="1CC6D8E1" w14:textId="77777777" w:rsidR="006E0093" w:rsidRPr="004938E6" w:rsidRDefault="00F707CB">
      <w:pPr>
        <w:pStyle w:val="Heading3"/>
        <w:keepLines w:val="0"/>
        <w:rPr>
          <w:sz w:val="20"/>
          <w:szCs w:val="20"/>
        </w:rPr>
      </w:pPr>
      <w:r w:rsidRPr="004938E6">
        <w:rPr>
          <w:rFonts w:ascii="Arial" w:eastAsia="Arial" w:hAnsi="Arial"/>
          <w:sz w:val="20"/>
          <w:szCs w:val="20"/>
        </w:rPr>
        <w:t>Grilled Veggie Greek Wrap</w:t>
      </w:r>
      <w:r w:rsidRPr="004938E6">
        <w:rPr>
          <w:rFonts w:ascii="Arial" w:eastAsia="Arial" w:hAnsi="Arial"/>
          <w:b w:val="0"/>
          <w:color w:val="626262"/>
          <w:sz w:val="20"/>
          <w:szCs w:val="20"/>
        </w:rPr>
        <w:t xml:space="preserve"> - Rice, eggplant, zucchini, tzatziki, feta and Greek dressing.</w:t>
      </w:r>
    </w:p>
    <w:p w14:paraId="137AE2EB" w14:textId="77777777" w:rsidR="006E0093" w:rsidRPr="004938E6" w:rsidRDefault="00F707CB" w:rsidP="007072BB">
      <w:pPr>
        <w:pStyle w:val="Heading3"/>
        <w:keepLines w:val="0"/>
        <w:shd w:val="clear" w:color="auto" w:fill="F5EFE5"/>
        <w:spacing w:before="64" w:after="20"/>
        <w:rPr>
          <w:sz w:val="20"/>
          <w:szCs w:val="20"/>
        </w:rPr>
      </w:pPr>
      <w:r w:rsidRPr="004938E6">
        <w:rPr>
          <w:rFonts w:ascii="Arial" w:eastAsia="Arial" w:hAnsi="Arial"/>
          <w:caps/>
          <w:color w:val="8F2636"/>
          <w:sz w:val="20"/>
          <w:szCs w:val="20"/>
        </w:rPr>
        <w:t>ADD-ONS &amp; DESSERTS</w:t>
      </w:r>
    </w:p>
    <w:p w14:paraId="6C60072B" w14:textId="77777777" w:rsidR="006E0093" w:rsidRPr="004938E6" w:rsidRDefault="00F707CB">
      <w:pPr>
        <w:spacing w:after="9"/>
        <w:rPr>
          <w:sz w:val="20"/>
          <w:szCs w:val="20"/>
        </w:rPr>
      </w:pPr>
      <w:r w:rsidRPr="004938E6">
        <w:rPr>
          <w:rFonts w:eastAsia="Arial"/>
          <w:b/>
          <w:sz w:val="20"/>
          <w:szCs w:val="20"/>
        </w:rPr>
        <w:t>Dessert +$5/person  |</w:t>
      </w:r>
      <w:r w:rsidRPr="004938E6">
        <w:rPr>
          <w:rFonts w:eastAsia="Arial"/>
          <w:b/>
          <w:sz w:val="20"/>
          <w:szCs w:val="20"/>
        </w:rPr>
        <w:t xml:space="preserve">  Classic coleslaw +$3/person</w:t>
      </w:r>
    </w:p>
    <w:p w14:paraId="3AFFE67F" w14:textId="77777777" w:rsidR="006E0093" w:rsidRPr="004938E6" w:rsidRDefault="00F707CB">
      <w:pPr>
        <w:spacing w:after="5"/>
        <w:rPr>
          <w:sz w:val="20"/>
          <w:szCs w:val="20"/>
        </w:rPr>
      </w:pPr>
      <w:r w:rsidRPr="004938E6">
        <w:rPr>
          <w:rFonts w:eastAsia="Arial"/>
          <w:color w:val="626262"/>
          <w:sz w:val="20"/>
          <w:szCs w:val="20"/>
        </w:rPr>
        <w:t>Desserts: rice pudding, cheesecake or coconut cream pie. Strawberry pie is +$2/person and subject to seasonal availability.</w:t>
      </w:r>
    </w:p>
    <w:p w14:paraId="063A62F1" w14:textId="77777777" w:rsidR="006E0093" w:rsidRPr="004938E6" w:rsidRDefault="00F707CB">
      <w:pPr>
        <w:rPr>
          <w:sz w:val="20"/>
          <w:szCs w:val="20"/>
        </w:rPr>
      </w:pPr>
      <w:r w:rsidRPr="004938E6">
        <w:rPr>
          <w:rFonts w:eastAsia="Arial"/>
          <w:color w:val="626262"/>
          <w:sz w:val="20"/>
          <w:szCs w:val="20"/>
        </w:rPr>
        <w:t>Beverages: coffee and tea, bottled water or assorted soft drinks. Ask for package pricing.</w:t>
      </w:r>
    </w:p>
    <w:p w14:paraId="08F27200" w14:textId="77777777" w:rsidR="006E0093" w:rsidRPr="004938E6" w:rsidRDefault="00F707CB">
      <w:pPr>
        <w:pStyle w:val="Heading3"/>
        <w:keepLines w:val="0"/>
        <w:shd w:val="clear" w:color="auto" w:fill="F5EFE5"/>
        <w:spacing w:before="70" w:after="22"/>
        <w:rPr>
          <w:sz w:val="20"/>
          <w:szCs w:val="20"/>
        </w:rPr>
      </w:pPr>
      <w:r w:rsidRPr="004938E6">
        <w:rPr>
          <w:rFonts w:ascii="Arial" w:eastAsia="Arial" w:hAnsi="Arial"/>
          <w:caps/>
          <w:color w:val="8F2636"/>
          <w:sz w:val="20"/>
          <w:szCs w:val="20"/>
        </w:rPr>
        <w:t>SALAD &amp; SIDE CHOICES</w:t>
      </w:r>
    </w:p>
    <w:p w14:paraId="580C1130" w14:textId="77777777" w:rsidR="006E0093" w:rsidRPr="004938E6" w:rsidRDefault="00F707CB">
      <w:pPr>
        <w:spacing w:after="10" w:line="247" w:lineRule="auto"/>
        <w:rPr>
          <w:sz w:val="20"/>
          <w:szCs w:val="20"/>
        </w:rPr>
      </w:pPr>
      <w:r>
        <w:rPr>
          <w:b/>
          <w:sz w:val="20"/>
        </w:rPr>
        <w:t xml:space="preserve">Salads: </w:t>
      </w:r>
      <w:r>
        <w:rPr>
          <w:color w:val="626262"/>
          <w:sz w:val="20"/>
        </w:rPr>
        <w:t xml:space="preserve">Teddy's House Salad  |  Teddy's Caesar Salad  |  Teddy's Greek Salad </w:t>
      </w:r>
      <w:r>
        <w:rPr>
          <w:b/>
          <w:color w:val="8F2636"/>
          <w:sz w:val="20"/>
        </w:rPr>
        <w:t>+$2/person</w:t>
      </w:r>
    </w:p>
    <w:p w14:paraId="61FC3833" w14:textId="77777777" w:rsidR="006E0093" w:rsidRPr="004938E6" w:rsidRDefault="00F707CB">
      <w:pPr>
        <w:spacing w:line="247" w:lineRule="auto"/>
        <w:rPr>
          <w:sz w:val="20"/>
          <w:szCs w:val="20"/>
        </w:rPr>
      </w:pPr>
      <w:r w:rsidRPr="004938E6">
        <w:rPr>
          <w:rFonts w:eastAsia="Arial"/>
          <w:b/>
          <w:sz w:val="20"/>
          <w:szCs w:val="20"/>
        </w:rPr>
        <w:t xml:space="preserve">Sides: </w:t>
      </w:r>
      <w:r w:rsidRPr="004938E6">
        <w:rPr>
          <w:rFonts w:eastAsia="Arial"/>
          <w:color w:val="626262"/>
          <w:sz w:val="20"/>
          <w:szCs w:val="20"/>
        </w:rPr>
        <w:t>Creamy mashed potatoes, roasted potatoes, mixed seasonal vegetables, classic coleslaw</w:t>
      </w:r>
      <w:r w:rsidR="00D62BED" w:rsidRPr="004938E6">
        <w:rPr>
          <w:rFonts w:eastAsia="Arial"/>
          <w:color w:val="626262"/>
          <w:sz w:val="20"/>
          <w:szCs w:val="20"/>
        </w:rPr>
        <w:t xml:space="preserve">, peas and </w:t>
      </w:r>
      <w:r w:rsidR="004938E6" w:rsidRPr="004938E6">
        <w:rPr>
          <w:rFonts w:eastAsia="Arial"/>
          <w:color w:val="626262"/>
          <w:sz w:val="20"/>
          <w:szCs w:val="20"/>
        </w:rPr>
        <w:t>rice.</w:t>
      </w:r>
    </w:p>
    <w:sectPr w:rsidR="006E0093" w:rsidRPr="004938E6" w:rsidSect="00034616">
      <w:type w:val="continuous"/>
      <w:pgSz w:w="15840" w:h="12240" w:orient="landscape"/>
      <w:pgMar w:top="504" w:right="648" w:bottom="518" w:left="648" w:header="259" w:footer="259" w:gutter="0"/>
      <w:cols w:num="2" w:space="4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5C0C9" w14:textId="77777777" w:rsidR="00DB2CEC" w:rsidRDefault="00DB2CEC">
      <w:r>
        <w:separator/>
      </w:r>
    </w:p>
  </w:endnote>
  <w:endnote w:type="continuationSeparator" w:id="0">
    <w:p w14:paraId="786552EC" w14:textId="77777777" w:rsidR="00DB2CEC" w:rsidRDefault="00DB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4B62" w14:textId="77777777" w:rsidR="006E0093" w:rsidRDefault="00F707CB">
    <w:pPr>
      <w:pStyle w:val="Footer"/>
      <w:jc w:val="center"/>
    </w:pPr>
    <w:r>
      <w:rPr>
        <w:rFonts w:eastAsia="Arial"/>
        <w:color w:val="626262"/>
        <w:sz w:val="16"/>
      </w:rPr>
      <w:t>(905) 579-5529  |  teddysoshawa245@gmail.com  |  teddysoshawa.com</w:t>
    </w:r>
  </w:p>
  <w:p w14:paraId="1620AA53" w14:textId="77777777" w:rsidR="006E0093" w:rsidRDefault="00F707CB">
    <w:pPr>
      <w:jc w:val="center"/>
    </w:pPr>
    <w:r>
      <w:rPr>
        <w:rFonts w:eastAsia="Arial"/>
        <w:i/>
        <w:color w:val="757575"/>
        <w:sz w:val="14"/>
      </w:rPr>
      <w:t>Taxes and delivery are additional. Final menu availability is confirmed at booking.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BDBA" w14:textId="77777777" w:rsidR="00DB2CEC" w:rsidRDefault="00DB2CEC">
      <w:r>
        <w:separator/>
      </w:r>
    </w:p>
  </w:footnote>
  <w:footnote w:type="continuationSeparator" w:id="0">
    <w:p w14:paraId="67A1FA5E" w14:textId="77777777" w:rsidR="00DB2CEC" w:rsidRDefault="00DB2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D8E8" w14:textId="77777777" w:rsidR="006E0093" w:rsidRDefault="00F707CB">
    <w:pPr>
      <w:pStyle w:val="Header"/>
      <w:jc w:val="right"/>
    </w:pPr>
    <w:r>
      <w:rPr>
        <w:rFonts w:eastAsia="Arial"/>
        <w:b/>
        <w:caps/>
        <w:color w:val="757575"/>
        <w:sz w:val="15"/>
      </w:rPr>
      <w:t>TEDDY'S CATERING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5745129">
    <w:abstractNumId w:val="8"/>
  </w:num>
  <w:num w:numId="2" w16cid:durableId="486090428">
    <w:abstractNumId w:val="6"/>
  </w:num>
  <w:num w:numId="3" w16cid:durableId="527530009">
    <w:abstractNumId w:val="5"/>
  </w:num>
  <w:num w:numId="4" w16cid:durableId="1032463114">
    <w:abstractNumId w:val="4"/>
  </w:num>
  <w:num w:numId="5" w16cid:durableId="426199440">
    <w:abstractNumId w:val="7"/>
  </w:num>
  <w:num w:numId="6" w16cid:durableId="933320592">
    <w:abstractNumId w:val="3"/>
  </w:num>
  <w:num w:numId="7" w16cid:durableId="501239128">
    <w:abstractNumId w:val="2"/>
  </w:num>
  <w:num w:numId="8" w16cid:durableId="1208950100">
    <w:abstractNumId w:val="1"/>
  </w:num>
  <w:num w:numId="9" w16cid:durableId="1088774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5ACB"/>
    <w:rsid w:val="004938E6"/>
    <w:rsid w:val="006E0093"/>
    <w:rsid w:val="007072BB"/>
    <w:rsid w:val="00AA1D8D"/>
    <w:rsid w:val="00AC7E52"/>
    <w:rsid w:val="00AD70AF"/>
    <w:rsid w:val="00B47730"/>
    <w:rsid w:val="00CB0664"/>
    <w:rsid w:val="00D37E54"/>
    <w:rsid w:val="00D62BED"/>
    <w:rsid w:val="00DB2CEC"/>
    <w:rsid w:val="00F707CB"/>
    <w:rsid w:val="00F81B93"/>
    <w:rsid w:val="00FC693F"/>
    <w:rsid w:val="00FF34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CE177D"/>
  <w14:defaultImageDpi w14:val="300"/>
  <w15:docId w15:val="{ACB0B5D2-3CF5-4373-A48A-B349A785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color w:val="262626"/>
      <w:sz w:val="18"/>
    </w:rPr>
  </w:style>
  <w:style w:type="paragraph" w:styleId="Heading1">
    <w:name w:val="heading 1"/>
    <w:basedOn w:val="Normal"/>
    <w:next w:val="Normal"/>
    <w:link w:val="Heading1Char"/>
    <w:uiPriority w:val="9"/>
    <w:qFormat/>
    <w:rsid w:val="00FC693F"/>
    <w:pPr>
      <w:keepNext/>
      <w:keepLines/>
      <w:spacing w:before="40" w:after="100"/>
      <w:outlineLvl w:val="0"/>
    </w:pPr>
    <w:rPr>
      <w:rFonts w:asciiTheme="majorHAnsi" w:eastAsiaTheme="majorEastAsia" w:hAnsiTheme="majorHAnsi" w:cstheme="majorBidi"/>
      <w:b/>
      <w:bCs/>
      <w:color w:val="8F2636"/>
      <w:sz w:val="30"/>
      <w:szCs w:val="28"/>
    </w:rPr>
  </w:style>
  <w:style w:type="paragraph" w:styleId="Heading2">
    <w:name w:val="heading 2"/>
    <w:basedOn w:val="Normal"/>
    <w:next w:val="Normal"/>
    <w:link w:val="Heading2Char"/>
    <w:uiPriority w:val="9"/>
    <w:unhideWhenUsed/>
    <w:qFormat/>
    <w:rsid w:val="00FC693F"/>
    <w:pPr>
      <w:keepNext/>
      <w:keepLines/>
      <w:spacing w:before="72" w:after="8"/>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9" w:after="5"/>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nuNote">
    <w:name w:val="Menu Note"/>
    <w:pPr>
      <w:spacing w:before="20" w:after="20" w:line="240" w:lineRule="auto"/>
    </w:pPr>
    <w:rPr>
      <w:rFonts w:ascii="Arial" w:hAnsi="Arial"/>
      <w:color w:val="626262"/>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Teddy's Catering Menu 2026</dc:title>
  <dc:subject>Reorganized catering menu with half-chicken dinners</dc:subject>
  <dc:creator>Teddy's Restaurant &amp; Deli</dc:creator>
  <cp:keywords>Teddy's, catering, Oshawa, deli, platters</cp:keywords>
  <dc:description>generated by python-docx</dc:description>
  <cp:lastModifiedBy>James Panos</cp:lastModifiedBy>
  <cp:revision>4</cp:revision>
  <dcterms:created xsi:type="dcterms:W3CDTF">2026-09-03T20:57:00Z</dcterms:created>
  <dcterms:modified xsi:type="dcterms:W3CDTF">2026-09-03T21:06:00Z</dcterms:modified>
  <cp:category/>
</cp:coreProperties>
</file>